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Dichiarazione dell’uso dell’intelligenza artificiale</w:t>
      </w:r>
    </w:p>
    <w:p>
      <w:r>
        <w:rPr>
          <w:b w:val="0"/>
        </w:rPr>
        <w:t>Da allegare all’elaborato quando il docente consente l’uso degli strumenti.</w:t>
      </w:r>
    </w:p>
    <w:p>
      <w:r>
        <w:rPr>
          <w:b/>
        </w:rPr>
        <w:t>Nome, classe, compito.</w:t>
      </w:r>
      <w:r>
        <w:rPr>
          <w:b w:val="0"/>
        </w:rPr>
        <w:t xml:space="preserve"> [da compilare]</w:t>
      </w:r>
    </w:p>
    <w:p>
      <w:r>
        <w:rPr>
          <w:b/>
        </w:rPr>
        <w:t>Ho usato uno strumento di intelligenza artificiale?</w:t>
      </w:r>
      <w:r>
        <w:rPr>
          <w:b w:val="0"/>
        </w:rPr>
        <w:t xml:space="preserve"> ☐ No ☐ Sì, questo: [nome dello strumento]</w:t>
      </w:r>
    </w:p>
    <w:p>
      <w:r>
        <w:rPr>
          <w:b/>
        </w:rPr>
        <w:t>Per quali fasi?</w:t>
      </w:r>
      <w:r>
        <w:rPr>
          <w:b w:val="0"/>
        </w:rPr>
        <w:t xml:space="preserve"> ☐ trovare idee ☐ costruire la scaletta ☐ capire un argomento ☐ correggere la forma ☐ tradurre ☐ altro</w:t>
      </w:r>
    </w:p>
    <w:p>
      <w:r>
        <w:rPr>
          <w:b/>
        </w:rPr>
        <w:t>Che cosa ho fatto io.</w:t>
      </w:r>
      <w:r>
        <w:rPr>
          <w:b w:val="0"/>
        </w:rPr>
        <w:t xml:space="preserve"> In due o tre righe: che cosa ho scritto, scelto, verificato o cambiato rispetto a quello che lo strumento mi ha proposto.</w:t>
      </w:r>
    </w:p>
    <w:p>
      <w:r>
        <w:rPr>
          <w:b/>
        </w:rPr>
        <w:t>Che cosa ho controllato.</w:t>
      </w:r>
      <w:r>
        <w:rPr>
          <w:b w:val="0"/>
        </w:rPr>
        <w:t xml:space="preserve"> ☐ date e nomi ☐ citazioni ☐ calcoli ☐ fonti</w:t>
      </w:r>
    </w:p>
    <w:p>
      <w:r>
        <w:rPr>
          <w:b w:val="0"/>
        </w:rPr>
        <w:t>Per la scuola primaria il docente può ridurre la dichiarazione a una domanda sola: «Ti ha aiutato una macchina? Come?».</w:t>
      </w:r>
    </w:p>
    <w:p>
      <w:r>
        <w:rPr>
          <w:i/>
          <w:sz w:val="17"/>
        </w:rPr>
        <w:t>Modello tratto da «L’intelligenza artificiale a scuola» di Alessandro Richard (collana Il mestiere). Da adattare all’istituto e far verificare al responsabile della protezione dei dati. www.alessandrorichard.it</w:t>
      </w:r>
    </w:p>
    <w:sectPr w:rsidR="00FC693F" w:rsidRPr="0006063C" w:rsidSect="00034616">
      <w:pgSz w:w="12240" w:h="15840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